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Mistake Detective and Real-World Sums</w:t>
      </w:r>
    </w:p>
    <w:p>
      <w:pPr>
        <w:spacing w:after="200"/>
        <w:jc w:val="center"/>
      </w:pPr>
      <w:r>
        <w:rPr>
          <w:b w:val="0"/>
          <w:i/>
          <w:sz w:val="20"/>
        </w:rPr>
        <w:t>5/6 Mathematics  -  Carry the One: Adding with Regrouping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Maya wrote 368 + 145 = 403. Find her mistake and fix it.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A class collected 287 cans on Monday and 156 on Tuesday. How many cans in all?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Gr 6: Sam bought a book for $12.85 and a pen for $3.47. What was the total?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spot and fix carrying mistakes.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